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Lato" w:hAnsi="Lato"/>
          <w:b/>
          <w:i w:val="0"/>
          <w:color w:val="B58D50"/>
          <w:sz w:val="16"/>
        </w:rPr>
        <w:t>MOJA MALA KNJIŽICA POBOŽNOSTI</w:t>
      </w:r>
    </w:p>
    <w:p>
      <w:pPr>
        <w:spacing w:before="0" w:after="20"/>
        <w:jc w:val="center"/>
      </w:pPr>
      <w:r>
        <w:rPr>
          <w:rFonts w:ascii="Lato" w:hAnsi="Lato"/>
          <w:b/>
          <w:i w:val="0"/>
          <w:color w:val="204974"/>
          <w:sz w:val="36"/>
        </w:rPr>
        <w:t>BEZGREŠNOM SRCU</w:t>
        <w:br/>
        <w:t>MARIJINU</w:t>
      </w:r>
    </w:p>
    <w:p>
      <w:pPr>
        <w:spacing w:before="0" w:after="20"/>
        <w:jc w:val="center"/>
      </w:pPr>
      <w:r>
        <w:rPr>
          <w:rFonts w:ascii="Lato" w:hAnsi="Lato"/>
          <w:b/>
          <w:i w:val="0"/>
          <w:color w:val="426B9D"/>
          <w:sz w:val="24"/>
        </w:rPr>
        <w:t>5 PRVIH SUBOTA</w:t>
      </w:r>
    </w:p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168000" cy="24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ry_heart_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8000" cy="24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320"/>
        <w:jc w:val="center"/>
      </w:pPr>
      <w:r>
        <w:rPr>
          <w:rFonts w:ascii="Lato" w:hAnsi="Lato"/>
          <w:b w:val="0"/>
          <w:i w:val="0"/>
          <w:color w:val="204974"/>
          <w:sz w:val="18"/>
        </w:rPr>
        <w:t>Moj put ljubavi, molitve i dobrih djela</w:t>
      </w:r>
    </w:p>
    <w:p>
      <w:pPr>
        <w:spacing w:before="0" w:after="160"/>
      </w:pPr>
      <w:r>
        <w:rPr>
          <w:rFonts w:ascii="Lato" w:hAnsi="Lato"/>
          <w:b/>
          <w:i w:val="0"/>
          <w:color w:val="204974"/>
          <w:sz w:val="20"/>
        </w:rPr>
        <w:t xml:space="preserve">Ime i prezime:  </w:t>
      </w:r>
      <w:r>
        <w:rPr>
          <w:rFonts w:ascii="Lato" w:hAnsi="Lato"/>
          <w:b w:val="0"/>
          <w:i w:val="0"/>
          <w:color w:val="65717B"/>
          <w:sz w:val="20"/>
        </w:rPr>
        <w:t>___________________________</w:t>
      </w:r>
    </w:p>
    <w:p>
      <w:pPr>
        <w:spacing w:before="0" w:after="160"/>
      </w:pPr>
      <w:r>
        <w:rPr>
          <w:rFonts w:ascii="Lato" w:hAnsi="Lato"/>
          <w:b/>
          <w:i w:val="0"/>
          <w:color w:val="204974"/>
          <w:sz w:val="20"/>
        </w:rPr>
        <w:t xml:space="preserve">Moja župa:  </w:t>
      </w:r>
      <w:r>
        <w:rPr>
          <w:rFonts w:ascii="Lato" w:hAnsi="Lato"/>
          <w:b w:val="0"/>
          <w:i w:val="0"/>
          <w:color w:val="65717B"/>
          <w:sz w:val="20"/>
        </w:rPr>
        <w:t>___________________________</w:t>
      </w:r>
    </w:p>
    <w:p>
      <w:pPr>
        <w:spacing w:before="40" w:after="0"/>
        <w:jc w:val="center"/>
      </w:pPr>
      <w:r>
        <w:rPr>
          <w:rFonts w:ascii="Lato" w:hAnsi="Lato"/>
          <w:b w:val="0"/>
          <w:i/>
          <w:color w:val="65717B"/>
          <w:sz w:val="17"/>
        </w:rPr>
        <w:t>Malo srce može činiti velika dobra.</w:t>
      </w:r>
    </w:p>
    <w:p>
      <w:r>
        <w:br w:type="page"/>
      </w:r>
    </w:p>
    <w:p>
      <w:pPr>
        <w:spacing w:before="0" w:after="100"/>
      </w:pPr>
      <w:r>
        <w:rPr>
          <w:rFonts w:ascii="Lato" w:hAnsi="Lato"/>
          <w:b/>
          <w:i w:val="0"/>
          <w:color w:val="B58D50"/>
          <w:sz w:val="16"/>
        </w:rPr>
        <w:t>MALI VODIČ</w:t>
      </w:r>
    </w:p>
    <w:p>
      <w:pPr>
        <w:spacing w:before="0" w:after="100"/>
      </w:pPr>
      <w:r>
        <w:rPr>
          <w:rFonts w:ascii="Lato" w:hAnsi="Lato"/>
          <w:b/>
          <w:i w:val="0"/>
          <w:color w:val="204974"/>
          <w:sz w:val="32"/>
        </w:rPr>
        <w:t>Kako sudjelujem?</w:t>
      </w:r>
    </w:p>
    <w:p>
      <w:pPr>
        <w:spacing w:before="0" w:after="200"/>
      </w:pPr>
      <w:r>
        <w:rPr>
          <w:rFonts w:ascii="Lato" w:hAnsi="Lato"/>
          <w:b w:val="0"/>
          <w:i w:val="0"/>
          <w:color w:val="65717B"/>
          <w:sz w:val="18"/>
        </w:rPr>
        <w:t>Nije važno samo skupljati žigove - važna je ljubav u srcu.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030"/>
      </w:tblGrid>
      <w:tr>
        <w:trPr>
          <w:trHeight w:val="57" w:hRule="exact"/>
        </w:trPr>
        <w:tc>
          <w:tcPr>
            <w:tcW w:type="dxa" w:w="7031"/>
            <w:shd w:fill="D5E6F4"/>
          </w:tcPr>
          <w:p/>
        </w:tc>
      </w:tr>
    </w:tbl>
    <w:p>
      <w:pPr>
        <w:spacing w:before="0"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6293"/>
      </w:tblGrid>
      <w:tr>
        <w:tc>
          <w:tcPr>
            <w:tcW w:type="dxa" w:w="3515"/>
            <w:shd w:fill="D5E6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204974"/>
                <w:sz w:val="26"/>
              </w:rPr>
              <w:t>1</w:t>
            </w:r>
          </w:p>
        </w:tc>
        <w:tc>
          <w:tcPr>
            <w:tcW w:type="dxa" w:w="3515"/>
            <w:shd w:fill="EFF5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before="0" w:after="0" w:line="257" w:lineRule="auto"/>
            </w:pPr>
            <w:r>
              <w:rPr>
                <w:rFonts w:ascii="Lato" w:hAnsi="Lato"/>
                <w:b/>
                <w:i w:val="0"/>
                <w:color w:val="204974"/>
                <w:sz w:val="19"/>
              </w:rPr>
              <w:t xml:space="preserve">Sveta ispovijed  </w:t>
            </w:r>
            <w:r>
              <w:rPr>
                <w:rFonts w:ascii="Lato" w:hAnsi="Lato"/>
                <w:b w:val="0"/>
                <w:i w:val="0"/>
                <w:color w:val="303844"/>
                <w:sz w:val="17"/>
              </w:rPr>
              <w:t>Ispovijedam se s nakanom zadovoljštine; ispovijed ne mora biti baš u subotu.</w:t>
            </w:r>
          </w:p>
        </w:tc>
      </w:tr>
    </w:tbl>
    <w:p>
      <w:pPr>
        <w:spacing w:before="0"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6293"/>
      </w:tblGrid>
      <w:tr>
        <w:tc>
          <w:tcPr>
            <w:tcW w:type="dxa" w:w="3515"/>
            <w:shd w:fill="D5E6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204974"/>
                <w:sz w:val="26"/>
              </w:rPr>
              <w:t>2</w:t>
            </w:r>
          </w:p>
        </w:tc>
        <w:tc>
          <w:tcPr>
            <w:tcW w:type="dxa" w:w="3515"/>
            <w:shd w:fill="EFF5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before="0" w:after="0" w:line="257" w:lineRule="auto"/>
            </w:pPr>
            <w:r>
              <w:rPr>
                <w:rFonts w:ascii="Lato" w:hAnsi="Lato"/>
                <w:b/>
                <w:i w:val="0"/>
                <w:color w:val="204974"/>
                <w:sz w:val="19"/>
              </w:rPr>
              <w:t xml:space="preserve">Sveta pričest  </w:t>
            </w:r>
            <w:r>
              <w:rPr>
                <w:rFonts w:ascii="Lato" w:hAnsi="Lato"/>
                <w:b w:val="0"/>
                <w:i w:val="0"/>
                <w:color w:val="303844"/>
                <w:sz w:val="17"/>
              </w:rPr>
              <w:t>Na prvu subotu primam pričest ako sam već pripremljen/a i mogu je primiti.</w:t>
            </w:r>
          </w:p>
        </w:tc>
      </w:tr>
    </w:tbl>
    <w:p>
      <w:pPr>
        <w:spacing w:before="0"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6293"/>
      </w:tblGrid>
      <w:tr>
        <w:tc>
          <w:tcPr>
            <w:tcW w:type="dxa" w:w="3515"/>
            <w:shd w:fill="D5E6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204974"/>
                <w:sz w:val="26"/>
              </w:rPr>
              <w:t>3</w:t>
            </w:r>
          </w:p>
        </w:tc>
        <w:tc>
          <w:tcPr>
            <w:tcW w:type="dxa" w:w="3515"/>
            <w:shd w:fill="EFF5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before="0" w:after="0" w:line="257" w:lineRule="auto"/>
            </w:pPr>
            <w:r>
              <w:rPr>
                <w:rFonts w:ascii="Lato" w:hAnsi="Lato"/>
                <w:b/>
                <w:i w:val="0"/>
                <w:color w:val="204974"/>
                <w:sz w:val="19"/>
              </w:rPr>
              <w:t xml:space="preserve">Gospina krunica  </w:t>
            </w:r>
            <w:r>
              <w:rPr>
                <w:rFonts w:ascii="Lato" w:hAnsi="Lato"/>
                <w:b w:val="0"/>
                <w:i w:val="0"/>
                <w:color w:val="303844"/>
                <w:sz w:val="17"/>
              </w:rPr>
              <w:t>Molim pet desetica krunice s ljubavlju.</w:t>
            </w:r>
          </w:p>
        </w:tc>
      </w:tr>
    </w:tbl>
    <w:p>
      <w:pPr>
        <w:spacing w:before="0"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80"/>
        <w:gridCol w:w="6293"/>
      </w:tblGrid>
      <w:tr>
        <w:tc>
          <w:tcPr>
            <w:tcW w:type="dxa" w:w="3515"/>
            <w:shd w:fill="D5E6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204974"/>
                <w:sz w:val="26"/>
              </w:rPr>
              <w:t>4</w:t>
            </w:r>
          </w:p>
        </w:tc>
        <w:tc>
          <w:tcPr>
            <w:tcW w:type="dxa" w:w="3515"/>
            <w:shd w:fill="EFF5FA"/>
            <w:tcMar>
              <w:top w:w="125" w:type="dxa"/>
              <w:start w:w="175" w:type="dxa"/>
              <w:bottom w:w="125" w:type="dxa"/>
              <w:end w:w="175" w:type="dxa"/>
            </w:tcMar>
          </w:tcPr>
          <w:p>
            <w:pPr>
              <w:spacing w:before="0" w:after="0" w:line="257" w:lineRule="auto"/>
            </w:pPr>
            <w:r>
              <w:rPr>
                <w:rFonts w:ascii="Lato" w:hAnsi="Lato"/>
                <w:b/>
                <w:i w:val="0"/>
                <w:color w:val="204974"/>
                <w:sz w:val="19"/>
              </w:rPr>
              <w:t xml:space="preserve">15 minuta razmatranja  </w:t>
            </w:r>
            <w:r>
              <w:rPr>
                <w:rFonts w:ascii="Lato" w:hAnsi="Lato"/>
                <w:b w:val="0"/>
                <w:i w:val="0"/>
                <w:color w:val="303844"/>
                <w:sz w:val="17"/>
              </w:rPr>
              <w:t>S Marijom razmišljam o jednom ili više otajstava krunice.</w:t>
            </w:r>
          </w:p>
        </w:tc>
      </w:tr>
    </w:tbl>
    <w:p>
      <w:pPr>
        <w:spacing w:before="0"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73"/>
      </w:tblGrid>
      <w:tr>
        <w:tc>
          <w:tcPr>
            <w:tcW w:type="dxa" w:w="7031"/>
            <w:shd w:fill="EFF5FA"/>
            <w:tcBorders>
              <w:bottom w:val="single" w:sz="6" w:color="D5E6F4"/>
            </w:tcBorders>
            <w:tcMar>
              <w:top w:w="130" w:type="dxa"/>
              <w:start w:w="200" w:type="dxa"/>
              <w:bottom w:w="140" w:type="dxa"/>
              <w:end w:w="200" w:type="dxa"/>
            </w:tcMar>
          </w:tcPr>
          <w:p>
            <w:pPr>
              <w:spacing w:before="0" w:after="80"/>
            </w:pPr>
            <w:r>
              <w:rPr>
                <w:rFonts w:ascii="Lato" w:hAnsi="Lato"/>
                <w:b/>
                <w:i w:val="0"/>
                <w:color w:val="204974"/>
                <w:sz w:val="20"/>
              </w:rPr>
              <w:t>Zapamti</w:t>
            </w:r>
          </w:p>
          <w:p>
            <w:pPr>
              <w:spacing w:before="0" w:after="0" w:line="269" w:lineRule="auto"/>
            </w:pPr>
            <w:r>
              <w:rPr>
                <w:rFonts w:ascii="Lato" w:hAnsi="Lato"/>
                <w:b w:val="0"/>
                <w:i w:val="0"/>
                <w:color w:val="303844"/>
                <w:sz w:val="17"/>
              </w:rPr>
              <w:t>Sve to činimo kroz pet uzastopnih prvih subota s nakanom zadovoljštine Bezgrešnom Srcu Marijinu. Tko još nije primio Prvu pričest, može sudjelovati u molitvi i pripremi.</w:t>
            </w:r>
          </w:p>
        </w:tc>
      </w:tr>
    </w:tbl>
    <w:p>
      <w:pPr>
        <w:spacing w:before="0" w:after="100"/>
      </w:pPr>
    </w:p>
    <w:p>
      <w:pPr>
        <w:spacing w:before="0" w:after="0"/>
      </w:pPr>
      <w:r>
        <w:rPr>
          <w:rFonts w:ascii="Lato" w:hAnsi="Lato"/>
          <w:b/>
          <w:i w:val="0"/>
          <w:color w:val="426B9D"/>
          <w:sz w:val="16"/>
        </w:rPr>
        <w:t>Žig je uspomena na sudjelovanje - ne potvrda ispovijedi ili pričesti.</w:t>
      </w:r>
    </w:p>
    <w:p>
      <w:r>
        <w:br w:type="page"/>
      </w:r>
    </w:p>
    <w:p>
      <w:pPr>
        <w:spacing w:before="0" w:after="100"/>
      </w:pPr>
      <w:r>
        <w:rPr>
          <w:rFonts w:ascii="Lato" w:hAnsi="Lato"/>
          <w:b/>
          <w:i w:val="0"/>
          <w:color w:val="B58D50"/>
          <w:sz w:val="16"/>
        </w:rPr>
        <w:t>5 PRVIH SUBOTA  •  1–3</w:t>
      </w:r>
    </w:p>
    <w:p>
      <w:pPr>
        <w:spacing w:before="0" w:after="100"/>
      </w:pPr>
      <w:r>
        <w:rPr>
          <w:rFonts w:ascii="Lato" w:hAnsi="Lato"/>
          <w:b/>
          <w:i w:val="0"/>
          <w:color w:val="204974"/>
          <w:sz w:val="32"/>
        </w:rPr>
        <w:t>Moji žigovi</w:t>
      </w:r>
    </w:p>
    <w:p>
      <w:pPr>
        <w:spacing w:before="0" w:after="200"/>
      </w:pPr>
      <w:r>
        <w:rPr>
          <w:rFonts w:ascii="Lato" w:hAnsi="Lato"/>
          <w:b w:val="0"/>
          <w:i w:val="0"/>
          <w:color w:val="65717B"/>
          <w:sz w:val="18"/>
        </w:rPr>
        <w:t>Za svaki posjet upiši datum i zamoli za župni žig.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030"/>
      </w:tblGrid>
      <w:tr>
        <w:trPr>
          <w:trHeight w:val="57" w:hRule="exact"/>
        </w:trPr>
        <w:tc>
          <w:tcPr>
            <w:tcW w:type="dxa" w:w="7031"/>
            <w:shd w:fill="D5E6F4"/>
          </w:tcPr>
          <w:p/>
        </w:tc>
      </w:tr>
    </w:tbl>
    <w:p>
      <w:pPr>
        <w:spacing w:before="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3231"/>
      </w:tblGrid>
      <w:tr>
        <w:trPr>
          <w:trHeight w:val="2409" w:hRule="exact"/>
        </w:trPr>
        <w:tc>
          <w:tcPr>
            <w:tcW w:type="dxa" w:w="3685"/>
            <w:shd w:fill="EFF5FA"/>
            <w:vAlign w:val="center"/>
            <w:tcMar>
              <w:top w:w="105" w:type="dxa"/>
              <w:start w:w="220" w:type="dxa"/>
              <w:bottom w:w="105" w:type="dxa"/>
              <w:end w:w="180" w:type="dxa"/>
            </w:tcMar>
            <w:tcBorders>
              <w:top w:val="single" w:sz="8" w:color="D5E6F4"/>
              <w:bottom w:val="single" w:sz="8" w:color="D5E6F4"/>
              <w:start w:val="single" w:sz="8" w:color="D5E6F4"/>
            </w:tcBorders>
          </w:tcPr>
          <w:p>
            <w:pPr>
              <w:spacing w:before="0" w:after="0"/>
            </w:pPr>
            <w:r>
              <w:rPr>
                <w:rFonts w:ascii="Lato" w:hAnsi="Lato"/>
                <w:b/>
                <w:i w:val="0"/>
                <w:color w:val="B58D50"/>
                <w:sz w:val="42"/>
              </w:rPr>
              <w:t>01</w:t>
            </w:r>
            <w:r>
              <w:rPr>
                <w:rFonts w:ascii="Lato" w:hAnsi="Lato"/>
                <w:b/>
                <w:i w:val="0"/>
                <w:color w:val="204974"/>
                <w:sz w:val="16"/>
              </w:rPr>
              <w:t xml:space="preserve">   PRVA SUBOTA</w:t>
            </w:r>
          </w:p>
          <w:p>
            <w:pPr>
              <w:spacing w:before="60" w:after="0"/>
            </w:pPr>
            <w:r>
              <w:rPr>
                <w:rFonts w:ascii="Lato" w:hAnsi="Lato"/>
                <w:b/>
                <w:i w:val="0"/>
                <w:color w:val="204974"/>
                <w:sz w:val="15"/>
              </w:rPr>
              <w:t>Moj mali korak:</w:t>
            </w:r>
          </w:p>
          <w:p>
            <w:pPr>
              <w:spacing w:before="0" w:after="0" w:line="254" w:lineRule="auto"/>
            </w:pPr>
            <w:r>
              <w:rPr>
                <w:rFonts w:ascii="Lato" w:hAnsi="Lato"/>
                <w:b w:val="0"/>
                <w:i w:val="0"/>
                <w:color w:val="303844"/>
                <w:sz w:val="18"/>
              </w:rPr>
              <w:t>Pomolit ću se za svoju obitelj.</w:t>
            </w:r>
          </w:p>
          <w:p>
            <w:pPr>
              <w:spacing w:before="80" w:after="0"/>
            </w:pPr>
            <w:r>
              <w:rPr>
                <w:rFonts w:ascii="Lato" w:hAnsi="Lato"/>
                <w:b w:val="0"/>
                <w:i w:val="0"/>
                <w:color w:val="65717B"/>
                <w:sz w:val="17"/>
              </w:rPr>
              <w:t>Datum: ___________________</w:t>
            </w:r>
          </w:p>
        </w:tc>
        <w:tc>
          <w:tcPr>
            <w:tcW w:type="dxa" w:w="3231"/>
            <w:shd w:fill="FFFFFF"/>
            <w:tcMar>
              <w:top w:w="80" w:type="dxa"/>
              <w:start w:w="150" w:type="dxa"/>
              <w:bottom w:w="100" w:type="dxa"/>
              <w:end w:w="150" w:type="dxa"/>
            </w:tcMar>
            <w:tcBorders>
              <w:top w:val="single" w:sz="12" w:color="426B9D"/>
              <w:bottom w:val="single" w:sz="12" w:color="426B9D"/>
              <w:start w:val="single" w:sz="12" w:color="426B9D"/>
              <w:end w:val="single" w:sz="12" w:color="426B9D"/>
            </w:tcBorders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426B9D"/>
                <w:sz w:val="16"/>
              </w:rPr>
              <w:t>MJESTO ZA ŽUPNI ŽIG</w:t>
            </w:r>
          </w:p>
          <w:p>
            <w:pPr>
              <w:spacing w:before="1280" w:after="0"/>
              <w:jc w:val="center"/>
            </w:pPr>
            <w:r>
              <w:rPr>
                <w:rFonts w:ascii="Lato" w:hAnsi="Lato"/>
                <w:b w:val="0"/>
                <w:i w:val="0"/>
                <w:color w:val="65717B"/>
                <w:sz w:val="12"/>
              </w:rPr>
              <w:t>ŽIG / POTVRDA DOLASKA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3231"/>
      </w:tblGrid>
      <w:tr>
        <w:trPr>
          <w:trHeight w:val="2409" w:hRule="exact"/>
        </w:trPr>
        <w:tc>
          <w:tcPr>
            <w:tcW w:type="dxa" w:w="3685"/>
            <w:shd w:fill="EFF5FA"/>
            <w:vAlign w:val="center"/>
            <w:tcMar>
              <w:top w:w="105" w:type="dxa"/>
              <w:start w:w="220" w:type="dxa"/>
              <w:bottom w:w="105" w:type="dxa"/>
              <w:end w:w="180" w:type="dxa"/>
            </w:tcMar>
            <w:tcBorders>
              <w:top w:val="single" w:sz="8" w:color="D5E6F4"/>
              <w:bottom w:val="single" w:sz="8" w:color="D5E6F4"/>
              <w:start w:val="single" w:sz="8" w:color="D5E6F4"/>
            </w:tcBorders>
          </w:tcPr>
          <w:p>
            <w:pPr>
              <w:spacing w:before="0" w:after="0"/>
            </w:pPr>
            <w:r>
              <w:rPr>
                <w:rFonts w:ascii="Lato" w:hAnsi="Lato"/>
                <w:b/>
                <w:i w:val="0"/>
                <w:color w:val="B58D50"/>
                <w:sz w:val="42"/>
              </w:rPr>
              <w:t>02</w:t>
            </w:r>
            <w:r>
              <w:rPr>
                <w:rFonts w:ascii="Lato" w:hAnsi="Lato"/>
                <w:b/>
                <w:i w:val="0"/>
                <w:color w:val="204974"/>
                <w:sz w:val="16"/>
              </w:rPr>
              <w:t xml:space="preserve">   PRVA SUBOTA</w:t>
            </w:r>
          </w:p>
          <w:p>
            <w:pPr>
              <w:spacing w:before="60" w:after="0"/>
            </w:pPr>
            <w:r>
              <w:rPr>
                <w:rFonts w:ascii="Lato" w:hAnsi="Lato"/>
                <w:b/>
                <w:i w:val="0"/>
                <w:color w:val="204974"/>
                <w:sz w:val="15"/>
              </w:rPr>
              <w:t>Moj mali korak:</w:t>
            </w:r>
          </w:p>
          <w:p>
            <w:pPr>
              <w:spacing w:before="0" w:after="0" w:line="254" w:lineRule="auto"/>
            </w:pPr>
            <w:r>
              <w:rPr>
                <w:rFonts w:ascii="Lato" w:hAnsi="Lato"/>
                <w:b w:val="0"/>
                <w:i w:val="0"/>
                <w:color w:val="303844"/>
                <w:sz w:val="18"/>
              </w:rPr>
              <w:t>Nekoga ću strpljivo poslušati.</w:t>
            </w:r>
          </w:p>
          <w:p>
            <w:pPr>
              <w:spacing w:before="80" w:after="0"/>
            </w:pPr>
            <w:r>
              <w:rPr>
                <w:rFonts w:ascii="Lato" w:hAnsi="Lato"/>
                <w:b w:val="0"/>
                <w:i w:val="0"/>
                <w:color w:val="65717B"/>
                <w:sz w:val="17"/>
              </w:rPr>
              <w:t>Datum: ___________________</w:t>
            </w:r>
          </w:p>
        </w:tc>
        <w:tc>
          <w:tcPr>
            <w:tcW w:type="dxa" w:w="3231"/>
            <w:shd w:fill="FFFFFF"/>
            <w:tcMar>
              <w:top w:w="80" w:type="dxa"/>
              <w:start w:w="150" w:type="dxa"/>
              <w:bottom w:w="100" w:type="dxa"/>
              <w:end w:w="150" w:type="dxa"/>
            </w:tcMar>
            <w:tcBorders>
              <w:top w:val="single" w:sz="12" w:color="426B9D"/>
              <w:bottom w:val="single" w:sz="12" w:color="426B9D"/>
              <w:start w:val="single" w:sz="12" w:color="426B9D"/>
              <w:end w:val="single" w:sz="12" w:color="426B9D"/>
            </w:tcBorders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426B9D"/>
                <w:sz w:val="16"/>
              </w:rPr>
              <w:t>MJESTO ZA ŽUPNI ŽIG</w:t>
            </w:r>
          </w:p>
          <w:p>
            <w:pPr>
              <w:spacing w:before="1280" w:after="0"/>
              <w:jc w:val="center"/>
            </w:pPr>
            <w:r>
              <w:rPr>
                <w:rFonts w:ascii="Lato" w:hAnsi="Lato"/>
                <w:b w:val="0"/>
                <w:i w:val="0"/>
                <w:color w:val="65717B"/>
                <w:sz w:val="12"/>
              </w:rPr>
              <w:t>ŽIG / POTVRDA DOLASKA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3231"/>
      </w:tblGrid>
      <w:tr>
        <w:trPr>
          <w:trHeight w:val="2409" w:hRule="exact"/>
        </w:trPr>
        <w:tc>
          <w:tcPr>
            <w:tcW w:type="dxa" w:w="3685"/>
            <w:shd w:fill="EFF5FA"/>
            <w:vAlign w:val="center"/>
            <w:tcMar>
              <w:top w:w="105" w:type="dxa"/>
              <w:start w:w="220" w:type="dxa"/>
              <w:bottom w:w="105" w:type="dxa"/>
              <w:end w:w="180" w:type="dxa"/>
            </w:tcMar>
            <w:tcBorders>
              <w:top w:val="single" w:sz="8" w:color="D5E6F4"/>
              <w:bottom w:val="single" w:sz="8" w:color="D5E6F4"/>
              <w:start w:val="single" w:sz="8" w:color="D5E6F4"/>
            </w:tcBorders>
          </w:tcPr>
          <w:p>
            <w:pPr>
              <w:spacing w:before="0" w:after="0"/>
            </w:pPr>
            <w:r>
              <w:rPr>
                <w:rFonts w:ascii="Lato" w:hAnsi="Lato"/>
                <w:b/>
                <w:i w:val="0"/>
                <w:color w:val="B58D50"/>
                <w:sz w:val="42"/>
              </w:rPr>
              <w:t>03</w:t>
            </w:r>
            <w:r>
              <w:rPr>
                <w:rFonts w:ascii="Lato" w:hAnsi="Lato"/>
                <w:b/>
                <w:i w:val="0"/>
                <w:color w:val="204974"/>
                <w:sz w:val="16"/>
              </w:rPr>
              <w:t xml:space="preserve">   PRVA SUBOTA</w:t>
            </w:r>
          </w:p>
          <w:p>
            <w:pPr>
              <w:spacing w:before="60" w:after="0"/>
            </w:pPr>
            <w:r>
              <w:rPr>
                <w:rFonts w:ascii="Lato" w:hAnsi="Lato"/>
                <w:b/>
                <w:i w:val="0"/>
                <w:color w:val="204974"/>
                <w:sz w:val="15"/>
              </w:rPr>
              <w:t>Moj mali korak:</w:t>
            </w:r>
          </w:p>
          <w:p>
            <w:pPr>
              <w:spacing w:before="0" w:after="0" w:line="254" w:lineRule="auto"/>
            </w:pPr>
            <w:r>
              <w:rPr>
                <w:rFonts w:ascii="Lato" w:hAnsi="Lato"/>
                <w:b w:val="0"/>
                <w:i w:val="0"/>
                <w:color w:val="303844"/>
                <w:sz w:val="18"/>
              </w:rPr>
              <w:t>Nekome ću rado pomoći.</w:t>
            </w:r>
          </w:p>
          <w:p>
            <w:pPr>
              <w:spacing w:before="80" w:after="0"/>
            </w:pPr>
            <w:r>
              <w:rPr>
                <w:rFonts w:ascii="Lato" w:hAnsi="Lato"/>
                <w:b w:val="0"/>
                <w:i w:val="0"/>
                <w:color w:val="65717B"/>
                <w:sz w:val="17"/>
              </w:rPr>
              <w:t>Datum: ___________________</w:t>
            </w:r>
          </w:p>
        </w:tc>
        <w:tc>
          <w:tcPr>
            <w:tcW w:type="dxa" w:w="3231"/>
            <w:shd w:fill="FFFFFF"/>
            <w:tcMar>
              <w:top w:w="80" w:type="dxa"/>
              <w:start w:w="150" w:type="dxa"/>
              <w:bottom w:w="100" w:type="dxa"/>
              <w:end w:w="150" w:type="dxa"/>
            </w:tcMar>
            <w:tcBorders>
              <w:top w:val="single" w:sz="12" w:color="426B9D"/>
              <w:bottom w:val="single" w:sz="12" w:color="426B9D"/>
              <w:start w:val="single" w:sz="12" w:color="426B9D"/>
              <w:end w:val="single" w:sz="12" w:color="426B9D"/>
            </w:tcBorders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426B9D"/>
                <w:sz w:val="16"/>
              </w:rPr>
              <w:t>MJESTO ZA ŽUPNI ŽIG</w:t>
            </w:r>
          </w:p>
          <w:p>
            <w:pPr>
              <w:spacing w:before="1280" w:after="0"/>
              <w:jc w:val="center"/>
            </w:pPr>
            <w:r>
              <w:rPr>
                <w:rFonts w:ascii="Lato" w:hAnsi="Lato"/>
                <w:b w:val="0"/>
                <w:i w:val="0"/>
                <w:color w:val="65717B"/>
                <w:sz w:val="12"/>
              </w:rPr>
              <w:t>ŽIG / POTVRDA DOLASKA</w:t>
            </w:r>
          </w:p>
        </w:tc>
      </w:tr>
    </w:tbl>
    <w:p>
      <w:pPr>
        <w:spacing w:before="0" w:after="80"/>
      </w:pPr>
    </w:p>
    <w:p>
      <w:r>
        <w:br w:type="page"/>
      </w:r>
    </w:p>
    <w:p>
      <w:pPr>
        <w:spacing w:before="0" w:after="100"/>
      </w:pPr>
      <w:r>
        <w:rPr>
          <w:rFonts w:ascii="Lato" w:hAnsi="Lato"/>
          <w:b/>
          <w:i w:val="0"/>
          <w:color w:val="B58D50"/>
          <w:sz w:val="16"/>
        </w:rPr>
        <w:t>5 PRVIH SUBOTA  •  4–5</w:t>
      </w:r>
    </w:p>
    <w:p>
      <w:pPr>
        <w:spacing w:before="0" w:after="100"/>
      </w:pPr>
      <w:r>
        <w:rPr>
          <w:rFonts w:ascii="Lato" w:hAnsi="Lato"/>
          <w:b/>
          <w:i w:val="0"/>
          <w:color w:val="204974"/>
          <w:sz w:val="32"/>
        </w:rPr>
        <w:t>Moji žigovi</w:t>
      </w:r>
    </w:p>
    <w:p>
      <w:pPr>
        <w:spacing w:before="0" w:after="200"/>
      </w:pPr>
      <w:r>
        <w:rPr>
          <w:rFonts w:ascii="Lato" w:hAnsi="Lato"/>
          <w:b w:val="0"/>
          <w:i w:val="0"/>
          <w:color w:val="65717B"/>
          <w:sz w:val="18"/>
        </w:rPr>
        <w:t>Za svaki posjet upiši datum i zamoli za župni žig.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030"/>
      </w:tblGrid>
      <w:tr>
        <w:trPr>
          <w:trHeight w:val="57" w:hRule="exact"/>
        </w:trPr>
        <w:tc>
          <w:tcPr>
            <w:tcW w:type="dxa" w:w="7031"/>
            <w:shd w:fill="D5E6F4"/>
          </w:tcPr>
          <w:p/>
        </w:tc>
      </w:tr>
    </w:tbl>
    <w:p>
      <w:pPr>
        <w:spacing w:before="0"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3231"/>
      </w:tblGrid>
      <w:tr>
        <w:trPr>
          <w:trHeight w:val="2409" w:hRule="exact"/>
        </w:trPr>
        <w:tc>
          <w:tcPr>
            <w:tcW w:type="dxa" w:w="3685"/>
            <w:shd w:fill="EFF5FA"/>
            <w:vAlign w:val="center"/>
            <w:tcMar>
              <w:top w:w="105" w:type="dxa"/>
              <w:start w:w="220" w:type="dxa"/>
              <w:bottom w:w="105" w:type="dxa"/>
              <w:end w:w="180" w:type="dxa"/>
            </w:tcMar>
            <w:tcBorders>
              <w:top w:val="single" w:sz="8" w:color="D5E6F4"/>
              <w:bottom w:val="single" w:sz="8" w:color="D5E6F4"/>
              <w:start w:val="single" w:sz="8" w:color="D5E6F4"/>
            </w:tcBorders>
          </w:tcPr>
          <w:p>
            <w:pPr>
              <w:spacing w:before="0" w:after="0"/>
            </w:pPr>
            <w:r>
              <w:rPr>
                <w:rFonts w:ascii="Lato" w:hAnsi="Lato"/>
                <w:b/>
                <w:i w:val="0"/>
                <w:color w:val="B58D50"/>
                <w:sz w:val="42"/>
              </w:rPr>
              <w:t>04</w:t>
            </w:r>
            <w:r>
              <w:rPr>
                <w:rFonts w:ascii="Lato" w:hAnsi="Lato"/>
                <w:b/>
                <w:i w:val="0"/>
                <w:color w:val="204974"/>
                <w:sz w:val="16"/>
              </w:rPr>
              <w:t xml:space="preserve">   PRVA SUBOTA</w:t>
            </w:r>
          </w:p>
          <w:p>
            <w:pPr>
              <w:spacing w:before="60" w:after="0"/>
            </w:pPr>
            <w:r>
              <w:rPr>
                <w:rFonts w:ascii="Lato" w:hAnsi="Lato"/>
                <w:b/>
                <w:i w:val="0"/>
                <w:color w:val="204974"/>
                <w:sz w:val="15"/>
              </w:rPr>
              <w:t>Moj mali korak:</w:t>
            </w:r>
          </w:p>
          <w:p>
            <w:pPr>
              <w:spacing w:before="0" w:after="0" w:line="254" w:lineRule="auto"/>
            </w:pPr>
            <w:r>
              <w:rPr>
                <w:rFonts w:ascii="Lato" w:hAnsi="Lato"/>
                <w:b w:val="0"/>
                <w:i w:val="0"/>
                <w:color w:val="303844"/>
                <w:sz w:val="18"/>
              </w:rPr>
              <w:t>Pokušat ću donijeti mir u dom.</w:t>
            </w:r>
          </w:p>
          <w:p>
            <w:pPr>
              <w:spacing w:before="80" w:after="0"/>
            </w:pPr>
            <w:r>
              <w:rPr>
                <w:rFonts w:ascii="Lato" w:hAnsi="Lato"/>
                <w:b w:val="0"/>
                <w:i w:val="0"/>
                <w:color w:val="65717B"/>
                <w:sz w:val="17"/>
              </w:rPr>
              <w:t>Datum: ___________________</w:t>
            </w:r>
          </w:p>
        </w:tc>
        <w:tc>
          <w:tcPr>
            <w:tcW w:type="dxa" w:w="3231"/>
            <w:shd w:fill="FFFFFF"/>
            <w:tcMar>
              <w:top w:w="80" w:type="dxa"/>
              <w:start w:w="150" w:type="dxa"/>
              <w:bottom w:w="100" w:type="dxa"/>
              <w:end w:w="150" w:type="dxa"/>
            </w:tcMar>
            <w:tcBorders>
              <w:top w:val="single" w:sz="12" w:color="426B9D"/>
              <w:bottom w:val="single" w:sz="12" w:color="426B9D"/>
              <w:start w:val="single" w:sz="12" w:color="426B9D"/>
              <w:end w:val="single" w:sz="12" w:color="426B9D"/>
            </w:tcBorders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426B9D"/>
                <w:sz w:val="16"/>
              </w:rPr>
              <w:t>MJESTO ZA ŽUPNI ŽIG</w:t>
            </w:r>
          </w:p>
          <w:p>
            <w:pPr>
              <w:spacing w:before="1280" w:after="0"/>
              <w:jc w:val="center"/>
            </w:pPr>
            <w:r>
              <w:rPr>
                <w:rFonts w:ascii="Lato" w:hAnsi="Lato"/>
                <w:b w:val="0"/>
                <w:i w:val="0"/>
                <w:color w:val="65717B"/>
                <w:sz w:val="12"/>
              </w:rPr>
              <w:t>ŽIG / POTVRDA DOLASKA</w:t>
            </w:r>
          </w:p>
        </w:tc>
      </w:tr>
    </w:tbl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3231"/>
      </w:tblGrid>
      <w:tr>
        <w:trPr>
          <w:trHeight w:val="2409" w:hRule="exact"/>
        </w:trPr>
        <w:tc>
          <w:tcPr>
            <w:tcW w:type="dxa" w:w="3685"/>
            <w:shd w:fill="EFF5FA"/>
            <w:vAlign w:val="center"/>
            <w:tcMar>
              <w:top w:w="105" w:type="dxa"/>
              <w:start w:w="220" w:type="dxa"/>
              <w:bottom w:w="105" w:type="dxa"/>
              <w:end w:w="180" w:type="dxa"/>
            </w:tcMar>
            <w:tcBorders>
              <w:top w:val="single" w:sz="8" w:color="D5E6F4"/>
              <w:bottom w:val="single" w:sz="8" w:color="D5E6F4"/>
              <w:start w:val="single" w:sz="8" w:color="D5E6F4"/>
            </w:tcBorders>
          </w:tcPr>
          <w:p>
            <w:pPr>
              <w:spacing w:before="0" w:after="0"/>
            </w:pPr>
            <w:r>
              <w:rPr>
                <w:rFonts w:ascii="Lato" w:hAnsi="Lato"/>
                <w:b/>
                <w:i w:val="0"/>
                <w:color w:val="B58D50"/>
                <w:sz w:val="42"/>
              </w:rPr>
              <w:t>05</w:t>
            </w:r>
            <w:r>
              <w:rPr>
                <w:rFonts w:ascii="Lato" w:hAnsi="Lato"/>
                <w:b/>
                <w:i w:val="0"/>
                <w:color w:val="204974"/>
                <w:sz w:val="16"/>
              </w:rPr>
              <w:t xml:space="preserve">   PRVA SUBOTA</w:t>
            </w:r>
          </w:p>
          <w:p>
            <w:pPr>
              <w:spacing w:before="60" w:after="0"/>
            </w:pPr>
            <w:r>
              <w:rPr>
                <w:rFonts w:ascii="Lato" w:hAnsi="Lato"/>
                <w:b/>
                <w:i w:val="0"/>
                <w:color w:val="204974"/>
                <w:sz w:val="15"/>
              </w:rPr>
              <w:t>Moj mali korak:</w:t>
            </w:r>
          </w:p>
          <w:p>
            <w:pPr>
              <w:spacing w:before="0" w:after="0" w:line="254" w:lineRule="auto"/>
            </w:pPr>
            <w:r>
              <w:rPr>
                <w:rFonts w:ascii="Lato" w:hAnsi="Lato"/>
                <w:b w:val="0"/>
                <w:i w:val="0"/>
                <w:color w:val="303844"/>
                <w:sz w:val="18"/>
              </w:rPr>
              <w:t>Reći ću Mariji: Vodi me Isusu.</w:t>
            </w:r>
          </w:p>
          <w:p>
            <w:pPr>
              <w:spacing w:before="80" w:after="0"/>
            </w:pPr>
            <w:r>
              <w:rPr>
                <w:rFonts w:ascii="Lato" w:hAnsi="Lato"/>
                <w:b w:val="0"/>
                <w:i w:val="0"/>
                <w:color w:val="65717B"/>
                <w:sz w:val="17"/>
              </w:rPr>
              <w:t>Datum: ___________________</w:t>
            </w:r>
          </w:p>
        </w:tc>
        <w:tc>
          <w:tcPr>
            <w:tcW w:type="dxa" w:w="3231"/>
            <w:shd w:fill="FFFFFF"/>
            <w:tcMar>
              <w:top w:w="80" w:type="dxa"/>
              <w:start w:w="150" w:type="dxa"/>
              <w:bottom w:w="100" w:type="dxa"/>
              <w:end w:w="150" w:type="dxa"/>
            </w:tcMar>
            <w:tcBorders>
              <w:top w:val="single" w:sz="12" w:color="426B9D"/>
              <w:bottom w:val="single" w:sz="12" w:color="426B9D"/>
              <w:start w:val="single" w:sz="12" w:color="426B9D"/>
              <w:end w:val="single" w:sz="12" w:color="426B9D"/>
            </w:tcBorders>
          </w:tcPr>
          <w:p>
            <w:pPr>
              <w:spacing w:before="0" w:after="0"/>
              <w:jc w:val="center"/>
            </w:pPr>
            <w:r>
              <w:rPr>
                <w:rFonts w:ascii="Lato" w:hAnsi="Lato"/>
                <w:b/>
                <w:i w:val="0"/>
                <w:color w:val="426B9D"/>
                <w:sz w:val="16"/>
              </w:rPr>
              <w:t>MJESTO ZA ŽUPNI ŽIG</w:t>
            </w:r>
          </w:p>
          <w:p>
            <w:pPr>
              <w:spacing w:before="1280" w:after="0"/>
              <w:jc w:val="center"/>
            </w:pPr>
            <w:r>
              <w:rPr>
                <w:rFonts w:ascii="Lato" w:hAnsi="Lato"/>
                <w:b w:val="0"/>
                <w:i w:val="0"/>
                <w:color w:val="65717B"/>
                <w:sz w:val="12"/>
              </w:rPr>
              <w:t>ŽIG / POTVRDA DOLASKA</w:t>
            </w:r>
          </w:p>
        </w:tc>
      </w:tr>
    </w:tbl>
    <w:p>
      <w:pPr>
        <w:spacing w:before="0"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73"/>
      </w:tblGrid>
      <w:tr>
        <w:tc>
          <w:tcPr>
            <w:tcW w:type="dxa" w:w="7031"/>
            <w:shd w:fill="EFF5FA"/>
            <w:tcBorders>
              <w:bottom w:val="single" w:sz="6" w:color="D5E6F4"/>
            </w:tcBorders>
            <w:tcMar>
              <w:top w:w="130" w:type="dxa"/>
              <w:start w:w="200" w:type="dxa"/>
              <w:bottom w:w="140" w:type="dxa"/>
              <w:end w:w="200" w:type="dxa"/>
            </w:tcMar>
          </w:tcPr>
          <w:p>
            <w:pPr>
              <w:spacing w:before="0" w:after="80"/>
            </w:pPr>
            <w:r>
              <w:rPr>
                <w:rFonts w:ascii="Lato" w:hAnsi="Lato"/>
                <w:b/>
                <w:i w:val="0"/>
                <w:color w:val="204974"/>
                <w:sz w:val="20"/>
              </w:rPr>
              <w:t>Moja zahvala Mariji</w:t>
            </w:r>
          </w:p>
          <w:p>
            <w:pPr>
              <w:spacing w:before="0" w:after="0" w:line="269" w:lineRule="auto"/>
            </w:pPr>
            <w:r>
              <w:rPr>
                <w:rFonts w:ascii="Lato" w:hAnsi="Lato"/>
                <w:b w:val="0"/>
                <w:i w:val="0"/>
                <w:color w:val="303844"/>
                <w:sz w:val="17"/>
              </w:rPr>
              <w:t>Marijo, hvala ti što me vodiš Isusu. Nauči me moliti, slušati i ljubiti kao ti.</w:t>
            </w:r>
          </w:p>
        </w:tc>
      </w:tr>
    </w:tbl>
    <w:p>
      <w:pPr>
        <w:spacing w:before="0" w:after="100"/>
      </w:pPr>
    </w:p>
    <w:p>
      <w:r>
        <w:br w:type="page"/>
      </w:r>
    </w:p>
    <w:p>
      <w:pPr>
        <w:spacing w:before="0" w:after="100"/>
      </w:pPr>
      <w:r>
        <w:rPr>
          <w:rFonts w:ascii="Lato" w:hAnsi="Lato"/>
          <w:b/>
          <w:i w:val="0"/>
          <w:color w:val="B58D50"/>
          <w:sz w:val="16"/>
        </w:rPr>
        <w:t>MOLIM S MARIJOM</w:t>
      </w:r>
    </w:p>
    <w:p>
      <w:pPr>
        <w:spacing w:before="0" w:after="100"/>
      </w:pPr>
      <w:r>
        <w:rPr>
          <w:rFonts w:ascii="Lato" w:hAnsi="Lato"/>
          <w:b/>
          <w:i w:val="0"/>
          <w:color w:val="204974"/>
          <w:sz w:val="32"/>
        </w:rPr>
        <w:t>Pet otajstava krunice</w:t>
      </w:r>
    </w:p>
    <w:p>
      <w:pPr>
        <w:spacing w:before="0" w:after="200"/>
      </w:pPr>
      <w:r>
        <w:rPr>
          <w:rFonts w:ascii="Lato" w:hAnsi="Lato"/>
          <w:b w:val="0"/>
          <w:i w:val="0"/>
          <w:color w:val="65717B"/>
          <w:sz w:val="18"/>
        </w:rPr>
        <w:t>Zaokruži jedno otajstvo koje želiš bolje upoznati.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030"/>
      </w:tblGrid>
      <w:tr>
        <w:trPr>
          <w:trHeight w:val="57" w:hRule="exact"/>
        </w:trPr>
        <w:tc>
          <w:tcPr>
            <w:tcW w:type="dxa" w:w="7031"/>
            <w:shd w:fill="D5E6F4"/>
          </w:tcPr>
          <w:p/>
        </w:tc>
      </w:tr>
    </w:tbl>
    <w:p>
      <w:pPr>
        <w:spacing w:before="0" w:after="40"/>
      </w:pPr>
    </w:p>
    <w:p>
      <w:pPr>
        <w:spacing w:before="0" w:after="140"/>
      </w:pPr>
      <w:r>
        <w:rPr>
          <w:rFonts w:ascii="Lato" w:hAnsi="Lato"/>
          <w:b w:val="0"/>
          <w:i w:val="0"/>
          <w:color w:val="B58D50"/>
          <w:sz w:val="20"/>
        </w:rPr>
        <w:t xml:space="preserve">☐  </w:t>
      </w:r>
      <w:r>
        <w:rPr>
          <w:rFonts w:ascii="Lato" w:hAnsi="Lato"/>
          <w:b w:val="0"/>
          <w:i w:val="0"/>
          <w:color w:val="303844"/>
          <w:sz w:val="18"/>
        </w:rPr>
        <w:t>Navještenje Mariji - učim reći Bogu „da”.</w:t>
      </w:r>
    </w:p>
    <w:p>
      <w:pPr>
        <w:spacing w:before="0" w:after="140"/>
      </w:pPr>
      <w:r>
        <w:rPr>
          <w:rFonts w:ascii="Lato" w:hAnsi="Lato"/>
          <w:b w:val="0"/>
          <w:i w:val="0"/>
          <w:color w:val="B58D50"/>
          <w:sz w:val="20"/>
        </w:rPr>
        <w:t xml:space="preserve">☐  </w:t>
      </w:r>
      <w:r>
        <w:rPr>
          <w:rFonts w:ascii="Lato" w:hAnsi="Lato"/>
          <w:b w:val="0"/>
          <w:i w:val="0"/>
          <w:color w:val="303844"/>
          <w:sz w:val="18"/>
        </w:rPr>
        <w:t>Isusovo rođenje - radujem se malim darovima.</w:t>
      </w:r>
    </w:p>
    <w:p>
      <w:pPr>
        <w:spacing w:before="0" w:after="140"/>
      </w:pPr>
      <w:r>
        <w:rPr>
          <w:rFonts w:ascii="Lato" w:hAnsi="Lato"/>
          <w:b w:val="0"/>
          <w:i w:val="0"/>
          <w:color w:val="B58D50"/>
          <w:sz w:val="20"/>
        </w:rPr>
        <w:t xml:space="preserve">☐  </w:t>
      </w:r>
      <w:r>
        <w:rPr>
          <w:rFonts w:ascii="Lato" w:hAnsi="Lato"/>
          <w:b w:val="0"/>
          <w:i w:val="0"/>
          <w:color w:val="303844"/>
          <w:sz w:val="18"/>
        </w:rPr>
        <w:t>Isus nosi križ - učim biti hrabar/ra.</w:t>
      </w:r>
    </w:p>
    <w:p>
      <w:pPr>
        <w:spacing w:before="0" w:after="140"/>
      </w:pPr>
      <w:r>
        <w:rPr>
          <w:rFonts w:ascii="Lato" w:hAnsi="Lato"/>
          <w:b w:val="0"/>
          <w:i w:val="0"/>
          <w:color w:val="B58D50"/>
          <w:sz w:val="20"/>
        </w:rPr>
        <w:t xml:space="preserve">☐  </w:t>
      </w:r>
      <w:r>
        <w:rPr>
          <w:rFonts w:ascii="Lato" w:hAnsi="Lato"/>
          <w:b w:val="0"/>
          <w:i w:val="0"/>
          <w:color w:val="303844"/>
          <w:sz w:val="18"/>
        </w:rPr>
        <w:t>Isusovo uskrsnuće - vjerujem da ljubav pobjeđuje.</w:t>
      </w:r>
    </w:p>
    <w:p>
      <w:pPr>
        <w:spacing w:before="0" w:after="140"/>
      </w:pPr>
      <w:r>
        <w:rPr>
          <w:rFonts w:ascii="Lato" w:hAnsi="Lato"/>
          <w:b w:val="0"/>
          <w:i w:val="0"/>
          <w:color w:val="B58D50"/>
          <w:sz w:val="20"/>
        </w:rPr>
        <w:t xml:space="preserve">☐  </w:t>
      </w:r>
      <w:r>
        <w:rPr>
          <w:rFonts w:ascii="Lato" w:hAnsi="Lato"/>
          <w:b w:val="0"/>
          <w:i w:val="0"/>
          <w:color w:val="303844"/>
          <w:sz w:val="18"/>
        </w:rPr>
        <w:t>Silazak Duha Svetoga - molim za mudrost.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73"/>
      </w:tblGrid>
      <w:tr>
        <w:tc>
          <w:tcPr>
            <w:tcW w:type="dxa" w:w="7031"/>
            <w:shd w:fill="EFF5FA"/>
            <w:tcBorders>
              <w:bottom w:val="single" w:sz="6" w:color="D5E6F4"/>
            </w:tcBorders>
            <w:tcMar>
              <w:top w:w="130" w:type="dxa"/>
              <w:start w:w="200" w:type="dxa"/>
              <w:bottom w:w="140" w:type="dxa"/>
              <w:end w:w="200" w:type="dxa"/>
            </w:tcMar>
          </w:tcPr>
          <w:p>
            <w:pPr>
              <w:spacing w:before="0" w:after="80"/>
            </w:pPr>
            <w:r>
              <w:rPr>
                <w:rFonts w:ascii="Lato" w:hAnsi="Lato"/>
                <w:b/>
                <w:i w:val="0"/>
                <w:color w:val="204974"/>
                <w:sz w:val="20"/>
              </w:rPr>
              <w:t>Mojih 15 minuta razmatranja</w:t>
            </w:r>
          </w:p>
          <w:p>
            <w:pPr>
              <w:spacing w:before="0" w:after="0" w:line="269" w:lineRule="auto"/>
            </w:pPr>
            <w:r>
              <w:rPr>
                <w:rFonts w:ascii="Lato" w:hAnsi="Lato"/>
                <w:b w:val="0"/>
                <w:i w:val="0"/>
                <w:color w:val="303844"/>
                <w:sz w:val="17"/>
              </w:rPr>
              <w:t>Odaberem otajstvo krunice, pročitam ga iz Evanđelja ili poslušam objašnjenje te u miru razmišljam što mi Isus govori. Roditelj ili kateheta mogu mi pomoći.</w:t>
            </w:r>
          </w:p>
        </w:tc>
      </w:tr>
    </w:tbl>
    <w:p>
      <w:pPr>
        <w:spacing w:before="0" w:after="100"/>
      </w:pPr>
    </w:p>
    <w:p>
      <w:pPr>
        <w:spacing w:before="0" w:after="80"/>
      </w:pPr>
      <w:r>
        <w:rPr>
          <w:rFonts w:ascii="Lato" w:hAnsi="Lato"/>
          <w:b/>
          <w:i w:val="0"/>
          <w:color w:val="204974"/>
          <w:sz w:val="17"/>
        </w:rPr>
        <w:t>Napisat ću ili nacrtati što me posebno dotaknulo:</w:t>
      </w:r>
    </w:p>
    <w:p>
      <w:pPr>
        <w:spacing w:before="0" w:after="140"/>
      </w:pPr>
      <w:r>
        <w:rPr>
          <w:rFonts w:ascii="Lato" w:hAnsi="Lato"/>
          <w:b w:val="0"/>
          <w:i w:val="0"/>
          <w:color w:val="65717B"/>
          <w:sz w:val="18"/>
        </w:rPr>
        <w:t>__________________________________________________</w:t>
      </w:r>
    </w:p>
    <w:p>
      <w:pPr>
        <w:spacing w:before="0" w:after="140"/>
      </w:pPr>
      <w:r>
        <w:rPr>
          <w:rFonts w:ascii="Lato" w:hAnsi="Lato"/>
          <w:b w:val="0"/>
          <w:i w:val="0"/>
          <w:color w:val="65717B"/>
          <w:sz w:val="18"/>
        </w:rPr>
        <w:t>__________________________________________________</w:t>
      </w:r>
    </w:p>
    <w:p>
      <w:pPr>
        <w:spacing w:before="0" w:after="140"/>
      </w:pPr>
      <w:r>
        <w:rPr>
          <w:rFonts w:ascii="Lato" w:hAnsi="Lato"/>
          <w:b w:val="0"/>
          <w:i w:val="0"/>
          <w:color w:val="65717B"/>
          <w:sz w:val="18"/>
        </w:rPr>
        <w:t>__________________________________________________</w:t>
      </w:r>
    </w:p>
    <w:p>
      <w:r>
        <w:br w:type="page"/>
      </w:r>
    </w:p>
    <w:p>
      <w:pPr>
        <w:spacing w:before="0" w:after="100"/>
      </w:pPr>
      <w:r>
        <w:rPr>
          <w:rFonts w:ascii="Lato" w:hAnsi="Lato"/>
          <w:b/>
          <w:i w:val="0"/>
          <w:color w:val="B58D50"/>
          <w:sz w:val="16"/>
        </w:rPr>
        <w:t>SVAKI DAN S MARIJOM</w:t>
      </w:r>
    </w:p>
    <w:p>
      <w:pPr>
        <w:spacing w:before="0" w:after="100"/>
      </w:pPr>
      <w:r>
        <w:rPr>
          <w:rFonts w:ascii="Lato" w:hAnsi="Lato"/>
          <w:b/>
          <w:i w:val="0"/>
          <w:color w:val="204974"/>
          <w:sz w:val="32"/>
        </w:rPr>
        <w:t>Marijino malo „DA”</w:t>
      </w:r>
    </w:p>
    <w:p>
      <w:pPr>
        <w:spacing w:before="0" w:after="200"/>
      </w:pPr>
      <w:r>
        <w:rPr>
          <w:rFonts w:ascii="Lato" w:hAnsi="Lato"/>
          <w:b w:val="0"/>
          <w:i w:val="0"/>
          <w:color w:val="65717B"/>
          <w:sz w:val="18"/>
        </w:rPr>
        <w:t>Marija nas uvijek vodi bliže Isusu.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030"/>
      </w:tblGrid>
      <w:tr>
        <w:trPr>
          <w:trHeight w:val="57" w:hRule="exact"/>
        </w:trPr>
        <w:tc>
          <w:tcPr>
            <w:tcW w:type="dxa" w:w="7031"/>
            <w:shd w:fill="D5E6F4"/>
          </w:tcPr>
          <w:p/>
        </w:tc>
      </w:tr>
    </w:tbl>
    <w:p>
      <w:pPr>
        <w:spacing w:before="0" w:after="40"/>
      </w:pPr>
    </w:p>
    <w:p>
      <w:pPr>
        <w:spacing w:before="0" w:after="140"/>
      </w:pPr>
      <w:r>
        <w:rPr>
          <w:rFonts w:ascii="Lato" w:hAnsi="Lato"/>
          <w:b w:val="0"/>
          <w:i w:val="0"/>
          <w:color w:val="B58D50"/>
          <w:sz w:val="20"/>
        </w:rPr>
        <w:t xml:space="preserve">☐  </w:t>
      </w:r>
      <w:r>
        <w:rPr>
          <w:rFonts w:ascii="Lato" w:hAnsi="Lato"/>
          <w:b w:val="0"/>
          <w:i w:val="0"/>
          <w:color w:val="303844"/>
          <w:sz w:val="18"/>
        </w:rPr>
        <w:t>Za nekoga ću izmoliti Zdravo Marijo.</w:t>
      </w:r>
    </w:p>
    <w:p>
      <w:pPr>
        <w:spacing w:before="0" w:after="140"/>
      </w:pPr>
      <w:r>
        <w:rPr>
          <w:rFonts w:ascii="Lato" w:hAnsi="Lato"/>
          <w:b w:val="0"/>
          <w:i w:val="0"/>
          <w:color w:val="B58D50"/>
          <w:sz w:val="20"/>
        </w:rPr>
        <w:t xml:space="preserve">☐  </w:t>
      </w:r>
      <w:r>
        <w:rPr>
          <w:rFonts w:ascii="Lato" w:hAnsi="Lato"/>
          <w:b w:val="0"/>
          <w:i w:val="0"/>
          <w:color w:val="303844"/>
          <w:sz w:val="18"/>
        </w:rPr>
        <w:t>Danas ću slušati bez prigovaranja.</w:t>
      </w:r>
    </w:p>
    <w:p>
      <w:pPr>
        <w:spacing w:before="0" w:after="140"/>
      </w:pPr>
      <w:r>
        <w:rPr>
          <w:rFonts w:ascii="Lato" w:hAnsi="Lato"/>
          <w:b w:val="0"/>
          <w:i w:val="0"/>
          <w:color w:val="B58D50"/>
          <w:sz w:val="20"/>
        </w:rPr>
        <w:t xml:space="preserve">☐  </w:t>
      </w:r>
      <w:r>
        <w:rPr>
          <w:rFonts w:ascii="Lato" w:hAnsi="Lato"/>
          <w:b w:val="0"/>
          <w:i w:val="0"/>
          <w:color w:val="303844"/>
          <w:sz w:val="18"/>
        </w:rPr>
        <w:t>Ohrabrit ću dijete koje je tužno.</w:t>
      </w:r>
    </w:p>
    <w:p>
      <w:pPr>
        <w:spacing w:before="0" w:after="140"/>
      </w:pPr>
      <w:r>
        <w:rPr>
          <w:rFonts w:ascii="Lato" w:hAnsi="Lato"/>
          <w:b w:val="0"/>
          <w:i w:val="0"/>
          <w:color w:val="B58D50"/>
          <w:sz w:val="20"/>
        </w:rPr>
        <w:t xml:space="preserve">☐  </w:t>
      </w:r>
      <w:r>
        <w:rPr>
          <w:rFonts w:ascii="Lato" w:hAnsi="Lato"/>
          <w:b w:val="0"/>
          <w:i w:val="0"/>
          <w:color w:val="303844"/>
          <w:sz w:val="18"/>
        </w:rPr>
        <w:t>Zahvalit ću Bogu za svoju obitelj.</w:t>
      </w:r>
    </w:p>
    <w:p>
      <w:pPr>
        <w:spacing w:before="0" w:after="140"/>
      </w:pPr>
      <w:r>
        <w:rPr>
          <w:rFonts w:ascii="Lato" w:hAnsi="Lato"/>
          <w:b w:val="0"/>
          <w:i w:val="0"/>
          <w:color w:val="B58D50"/>
          <w:sz w:val="20"/>
        </w:rPr>
        <w:t xml:space="preserve">☐  </w:t>
      </w:r>
      <w:r>
        <w:rPr>
          <w:rFonts w:ascii="Lato" w:hAnsi="Lato"/>
          <w:b w:val="0"/>
          <w:i w:val="0"/>
          <w:color w:val="303844"/>
          <w:sz w:val="18"/>
        </w:rPr>
        <w:t>Nekome ću oprostiti.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73"/>
      </w:tblGrid>
      <w:tr>
        <w:tc>
          <w:tcPr>
            <w:tcW w:type="dxa" w:w="7031"/>
            <w:shd w:fill="EFF5FA"/>
            <w:tcBorders>
              <w:bottom w:val="single" w:sz="6" w:color="D5E6F4"/>
            </w:tcBorders>
            <w:tcMar>
              <w:top w:w="130" w:type="dxa"/>
              <w:start w:w="200" w:type="dxa"/>
              <w:bottom w:w="140" w:type="dxa"/>
              <w:end w:w="200" w:type="dxa"/>
            </w:tcMar>
          </w:tcPr>
          <w:p>
            <w:pPr>
              <w:spacing w:before="0" w:after="80"/>
            </w:pPr>
            <w:r>
              <w:rPr>
                <w:rFonts w:ascii="Lato" w:hAnsi="Lato"/>
                <w:b/>
                <w:i w:val="0"/>
                <w:color w:val="204974"/>
                <w:sz w:val="20"/>
              </w:rPr>
              <w:t>Moja kratka molitva</w:t>
            </w:r>
          </w:p>
          <w:p>
            <w:pPr>
              <w:spacing w:before="0" w:after="0" w:line="269" w:lineRule="auto"/>
            </w:pPr>
            <w:r>
              <w:rPr>
                <w:rFonts w:ascii="Lato" w:hAnsi="Lato"/>
                <w:b w:val="0"/>
                <w:i w:val="0"/>
                <w:color w:val="303844"/>
                <w:sz w:val="17"/>
              </w:rPr>
              <w:t>Bezgrešno Srce Marijino, vodi me k Isusu. Nauči me ljubiti Boga i ljude, opraštati i činiti dobro. Majko Marijo, moli za mene i moju obitelj. Amen.</w:t>
            </w:r>
          </w:p>
        </w:tc>
      </w:tr>
    </w:tbl>
    <w:p>
      <w:pPr>
        <w:spacing w:before="0" w:after="100"/>
      </w:pPr>
    </w:p>
    <w:p>
      <w:pPr>
        <w:spacing w:before="0" w:after="100"/>
      </w:pPr>
      <w:r>
        <w:rPr>
          <w:rFonts w:ascii="Lato" w:hAnsi="Lato"/>
          <w:b/>
          <w:i w:val="0"/>
          <w:color w:val="204974"/>
          <w:sz w:val="18"/>
        </w:rPr>
        <w:t>Moja molitvena nakana:</w:t>
      </w:r>
    </w:p>
    <w:p>
      <w:pPr>
        <w:spacing w:before="0" w:after="140"/>
      </w:pPr>
      <w:r>
        <w:rPr>
          <w:rFonts w:ascii="Lato" w:hAnsi="Lato"/>
          <w:b w:val="0"/>
          <w:i w:val="0"/>
          <w:color w:val="65717B"/>
          <w:sz w:val="18"/>
        </w:rPr>
        <w:t>__________________________________________________</w:t>
      </w:r>
    </w:p>
    <w:p>
      <w:pPr>
        <w:spacing w:before="0" w:after="140"/>
      </w:pPr>
      <w:r>
        <w:rPr>
          <w:rFonts w:ascii="Lato" w:hAnsi="Lato"/>
          <w:b w:val="0"/>
          <w:i w:val="0"/>
          <w:color w:val="65717B"/>
          <w:sz w:val="18"/>
        </w:rPr>
        <w:t>__________________________________________________</w:t>
      </w:r>
    </w:p>
    <w:p>
      <w:pPr>
        <w:spacing w:before="0" w:after="140"/>
      </w:pPr>
      <w:r>
        <w:rPr>
          <w:rFonts w:ascii="Lato" w:hAnsi="Lato"/>
          <w:b w:val="0"/>
          <w:i w:val="0"/>
          <w:color w:val="65717B"/>
          <w:sz w:val="18"/>
        </w:rPr>
        <w:t>__________________________________________________</w:t>
      </w:r>
    </w:p>
    <w:p>
      <w:pPr>
        <w:spacing w:before="0" w:after="140"/>
      </w:pPr>
      <w:r>
        <w:rPr>
          <w:rFonts w:ascii="Lato" w:hAnsi="Lato"/>
          <w:b w:val="0"/>
          <w:i w:val="0"/>
          <w:color w:val="65717B"/>
          <w:sz w:val="18"/>
        </w:rPr>
        <w:t>__________________________________________________</w:t>
      </w:r>
    </w:p>
    <w:p>
      <w:r>
        <w:br w:type="page"/>
      </w:r>
    </w:p>
    <w:p>
      <w:pPr>
        <w:spacing w:before="0" w:after="100"/>
      </w:pPr>
      <w:r>
        <w:rPr>
          <w:rFonts w:ascii="Lato" w:hAnsi="Lato"/>
          <w:b/>
          <w:i w:val="0"/>
          <w:color w:val="B58D50"/>
          <w:sz w:val="16"/>
        </w:rPr>
        <w:t>MOJA MALA USPOMENA</w:t>
      </w:r>
    </w:p>
    <w:p>
      <w:pPr>
        <w:spacing w:before="0" w:after="100"/>
      </w:pPr>
      <w:r>
        <w:rPr>
          <w:rFonts w:ascii="Lato" w:hAnsi="Lato"/>
          <w:b/>
          <w:i w:val="0"/>
          <w:color w:val="204974"/>
          <w:sz w:val="32"/>
        </w:rPr>
        <w:t>Uspomena na moj put</w:t>
      </w:r>
    </w:p>
    <w:p>
      <w:pPr>
        <w:spacing w:before="0" w:after="200"/>
      </w:pPr>
      <w:r>
        <w:rPr>
          <w:rFonts w:ascii="Lato" w:hAnsi="Lato"/>
          <w:b w:val="0"/>
          <w:i w:val="0"/>
          <w:color w:val="65717B"/>
          <w:sz w:val="18"/>
        </w:rPr>
        <w:t>Bog vidi i ono dobro koje drugi ne primijete.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030"/>
      </w:tblGrid>
      <w:tr>
        <w:trPr>
          <w:trHeight w:val="57" w:hRule="exact"/>
        </w:trPr>
        <w:tc>
          <w:tcPr>
            <w:tcW w:type="dxa" w:w="7031"/>
            <w:shd w:fill="D5E6F4"/>
          </w:tcPr>
          <w:p/>
        </w:tc>
      </w:tr>
    </w:tbl>
    <w:p>
      <w:pPr>
        <w:spacing w:before="0" w:after="40"/>
      </w:pPr>
    </w:p>
    <w:p>
      <w:pPr>
        <w:spacing w:before="0" w:after="160"/>
        <w:jc w:val="center"/>
      </w:pPr>
      <w:r>
        <w:rPr>
          <w:rFonts w:ascii="Lato" w:hAnsi="Lato"/>
          <w:b/>
          <w:i w:val="0"/>
          <w:color w:val="204974"/>
          <w:sz w:val="25"/>
        </w:rPr>
        <w:t>USPOMENA NA SUDJELOVANJE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73"/>
      </w:tblGrid>
      <w:tr>
        <w:tc>
          <w:tcPr>
            <w:tcW w:type="dxa" w:w="7031"/>
            <w:shd w:fill="EFF5FA"/>
            <w:tcBorders>
              <w:bottom w:val="single" w:sz="6" w:color="D5E6F4"/>
            </w:tcBorders>
            <w:tcMar>
              <w:top w:w="190" w:type="dxa"/>
              <w:start w:w="200" w:type="dxa"/>
              <w:bottom w:w="190" w:type="dxa"/>
              <w:end w:w="200" w:type="dxa"/>
            </w:tcMar>
          </w:tcPr>
          <w:p>
            <w:pPr>
              <w:spacing w:before="0" w:after="80"/>
            </w:pPr>
            <w:r>
              <w:rPr>
                <w:rFonts w:ascii="Lato" w:hAnsi="Lato"/>
                <w:b/>
                <w:i w:val="0"/>
                <w:color w:val="204974"/>
                <w:sz w:val="20"/>
              </w:rPr>
              <w:t>Rastem u ljubavi</w:t>
            </w:r>
          </w:p>
          <w:p>
            <w:pPr>
              <w:spacing w:before="0" w:after="0" w:line="269" w:lineRule="auto"/>
            </w:pPr>
            <w:r>
              <w:rPr>
                <w:rFonts w:ascii="Lato" w:hAnsi="Lato"/>
                <w:b w:val="0"/>
                <w:i w:val="0"/>
                <w:color w:val="303844"/>
                <w:sz w:val="18"/>
              </w:rPr>
              <w:t>Sudjelovao/la sam u molitvama i susretima pobožnosti Bezgrešnom Srcu Marijinu. Želim s Marijom još više ljubiti Isusa.</w:t>
            </w:r>
          </w:p>
        </w:tc>
      </w:tr>
    </w:tbl>
    <w:p>
      <w:pPr>
        <w:spacing w:before="0" w:after="100"/>
      </w:pPr>
    </w:p>
    <w:p>
      <w:pPr>
        <w:spacing w:before="0" w:after="260"/>
      </w:pPr>
      <w:r>
        <w:rPr>
          <w:rFonts w:ascii="Lato" w:hAnsi="Lato"/>
          <w:b/>
          <w:i w:val="0"/>
          <w:color w:val="204974"/>
          <w:sz w:val="20"/>
        </w:rPr>
        <w:t xml:space="preserve">Ime djeteta:  </w:t>
      </w:r>
      <w:r>
        <w:rPr>
          <w:rFonts w:ascii="Lato" w:hAnsi="Lato"/>
          <w:b w:val="0"/>
          <w:i w:val="0"/>
          <w:color w:val="65717B"/>
          <w:sz w:val="20"/>
        </w:rPr>
        <w:t>___________________________</w:t>
      </w:r>
    </w:p>
    <w:p>
      <w:pPr>
        <w:spacing w:before="0" w:after="260"/>
      </w:pPr>
      <w:r>
        <w:rPr>
          <w:rFonts w:ascii="Lato" w:hAnsi="Lato"/>
          <w:b/>
          <w:i w:val="0"/>
          <w:color w:val="204974"/>
          <w:sz w:val="20"/>
        </w:rPr>
        <w:t xml:space="preserve">Župa:  </w:t>
      </w:r>
      <w:r>
        <w:rPr>
          <w:rFonts w:ascii="Lato" w:hAnsi="Lato"/>
          <w:b w:val="0"/>
          <w:i w:val="0"/>
          <w:color w:val="65717B"/>
          <w:sz w:val="20"/>
        </w:rPr>
        <w:t>___________________________</w:t>
      </w:r>
    </w:p>
    <w:p>
      <w:pPr>
        <w:spacing w:before="0" w:after="260"/>
      </w:pPr>
      <w:r>
        <w:rPr>
          <w:rFonts w:ascii="Lato" w:hAnsi="Lato"/>
          <w:b/>
          <w:i w:val="0"/>
          <w:color w:val="204974"/>
          <w:sz w:val="20"/>
        </w:rPr>
        <w:t xml:space="preserve">Datum:  </w:t>
      </w:r>
      <w:r>
        <w:rPr>
          <w:rFonts w:ascii="Lato" w:hAnsi="Lato"/>
          <w:b w:val="0"/>
          <w:i w:val="0"/>
          <w:color w:val="65717B"/>
          <w:sz w:val="20"/>
        </w:rPr>
        <w:t>___________________________</w:t>
      </w:r>
    </w:p>
    <w:p>
      <w:pPr>
        <w:spacing w:before="0" w:after="240"/>
      </w:pPr>
      <w:r>
        <w:rPr>
          <w:rFonts w:ascii="Lato" w:hAnsi="Lato"/>
          <w:b/>
          <w:i w:val="0"/>
          <w:color w:val="204974"/>
          <w:sz w:val="20"/>
        </w:rPr>
        <w:t xml:space="preserve">Potpis voditelja:  </w:t>
      </w:r>
      <w:r>
        <w:rPr>
          <w:rFonts w:ascii="Lato" w:hAnsi="Lato"/>
          <w:b w:val="0"/>
          <w:i w:val="0"/>
          <w:color w:val="65717B"/>
          <w:sz w:val="20"/>
        </w:rPr>
        <w:t>___________________________</w:t>
      </w:r>
    </w:p>
    <w:p>
      <w:pPr>
        <w:spacing w:before="0" w:after="0"/>
        <w:jc w:val="center"/>
      </w:pPr>
      <w:r>
        <w:rPr>
          <w:rFonts w:ascii="Lato" w:hAnsi="Lato"/>
          <w:b/>
          <w:i w:val="0"/>
          <w:color w:val="426B9D"/>
          <w:sz w:val="19"/>
        </w:rPr>
        <w:t>„Najljepši žig je srce puno ljubavi.”</w:t>
      </w:r>
    </w:p>
    <w:p>
      <w:r>
        <w:br w:type="page"/>
      </w:r>
    </w:p>
    <w:p>
      <w:pPr>
        <w:spacing w:before="0" w:after="100"/>
      </w:pPr>
      <w:r>
        <w:rPr>
          <w:rFonts w:ascii="Lato" w:hAnsi="Lato"/>
          <w:b/>
          <w:i w:val="0"/>
          <w:color w:val="B58D50"/>
          <w:sz w:val="16"/>
        </w:rPr>
        <w:t>VAŽNE NAPOMENE</w:t>
      </w:r>
    </w:p>
    <w:p>
      <w:pPr>
        <w:spacing w:before="0" w:after="100"/>
      </w:pPr>
      <w:r>
        <w:rPr>
          <w:rFonts w:ascii="Lato" w:hAnsi="Lato"/>
          <w:b/>
          <w:i w:val="0"/>
          <w:color w:val="204974"/>
          <w:sz w:val="32"/>
        </w:rPr>
        <w:t>Za roditelje i župu</w:t>
      </w:r>
    </w:p>
    <w:p>
      <w:pPr>
        <w:spacing w:before="0" w:after="200"/>
      </w:pPr>
      <w:r>
        <w:rPr>
          <w:rFonts w:ascii="Lato" w:hAnsi="Lato"/>
          <w:b w:val="0"/>
          <w:i w:val="0"/>
          <w:color w:val="65717B"/>
          <w:sz w:val="18"/>
        </w:rPr>
        <w:t>Knjižica je pomoć u odgoju za molitvu, a ne sakramentalna evidencija.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030"/>
      </w:tblGrid>
      <w:tr>
        <w:trPr>
          <w:trHeight w:val="57" w:hRule="exact"/>
        </w:trPr>
        <w:tc>
          <w:tcPr>
            <w:tcW w:type="dxa" w:w="7031"/>
            <w:shd w:fill="D5E6F4"/>
          </w:tcPr>
          <w:p/>
        </w:tc>
      </w:tr>
    </w:tbl>
    <w:p>
      <w:pPr>
        <w:spacing w:before="0"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73"/>
      </w:tblGrid>
      <w:tr>
        <w:tc>
          <w:tcPr>
            <w:tcW w:type="dxa" w:w="7031"/>
            <w:shd w:fill="EFF5FA"/>
            <w:tcBorders>
              <w:bottom w:val="single" w:sz="6" w:color="D5E6F4"/>
            </w:tcBorders>
            <w:tcMar>
              <w:top w:w="130" w:type="dxa"/>
              <w:start w:w="200" w:type="dxa"/>
              <w:bottom w:w="140" w:type="dxa"/>
              <w:end w:w="200" w:type="dxa"/>
            </w:tcMar>
          </w:tcPr>
          <w:p>
            <w:pPr>
              <w:spacing w:before="0" w:after="80"/>
            </w:pPr>
            <w:r>
              <w:rPr>
                <w:rFonts w:ascii="Lato" w:hAnsi="Lato"/>
                <w:b/>
                <w:i w:val="0"/>
                <w:color w:val="204974"/>
                <w:sz w:val="20"/>
              </w:rPr>
              <w:t>Bit pobožnosti</w:t>
            </w:r>
          </w:p>
          <w:p>
            <w:pPr>
              <w:spacing w:before="0" w:after="0" w:line="269" w:lineRule="auto"/>
            </w:pPr>
            <w:r>
              <w:rPr>
                <w:rFonts w:ascii="Lato" w:hAnsi="Lato"/>
                <w:b w:val="0"/>
                <w:i w:val="0"/>
                <w:color w:val="303844"/>
                <w:sz w:val="17"/>
              </w:rPr>
              <w:t>Pet uzastopnih prvih subota povezuje svetu ispovijed, svetu pričest, pet desetica krunice i 15 minuta razmatranja otajstava, sve s nakanom zadovoljštine Bezgrešnom Srcu Marijinu. Ispovijed može biti i drugi dan, uz potrebnu raspoloživost za pričest.</w:t>
            </w:r>
          </w:p>
        </w:tc>
      </w:tr>
    </w:tbl>
    <w:p>
      <w:pPr>
        <w:spacing w:before="0" w:after="10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73"/>
      </w:tblGrid>
      <w:tr>
        <w:tc>
          <w:tcPr>
            <w:tcW w:type="dxa" w:w="7031"/>
            <w:shd w:fill="EFF5FA"/>
            <w:tcBorders>
              <w:bottom w:val="single" w:sz="6" w:color="D5E6F4"/>
            </w:tcBorders>
            <w:tcMar>
              <w:top w:w="130" w:type="dxa"/>
              <w:start w:w="200" w:type="dxa"/>
              <w:bottom w:w="140" w:type="dxa"/>
              <w:end w:w="200" w:type="dxa"/>
            </w:tcMar>
          </w:tcPr>
          <w:p>
            <w:pPr>
              <w:spacing w:before="0" w:after="80"/>
            </w:pPr>
            <w:r>
              <w:rPr>
                <w:rFonts w:ascii="Lato" w:hAnsi="Lato"/>
                <w:b/>
                <w:i w:val="0"/>
                <w:color w:val="204974"/>
                <w:sz w:val="20"/>
              </w:rPr>
              <w:t>Važno za djecu</w:t>
            </w:r>
          </w:p>
          <w:p>
            <w:pPr>
              <w:spacing w:before="0" w:after="0" w:line="269" w:lineRule="auto"/>
            </w:pPr>
            <w:r>
              <w:rPr>
                <w:rFonts w:ascii="Lato" w:hAnsi="Lato"/>
                <w:b w:val="0"/>
                <w:i w:val="0"/>
                <w:color w:val="303844"/>
                <w:sz w:val="17"/>
              </w:rPr>
              <w:t>Dijete prije Prve pričesti može moliti krunicu, razmatrati otajstva i dolaziti na župne susrete, ali ne može ispuniti uvjet pričesti. Voditelj može prilagoditi razmatranje djetetovu uzrastu.</w:t>
            </w:r>
          </w:p>
        </w:tc>
      </w:tr>
    </w:tbl>
    <w:p>
      <w:pPr>
        <w:spacing w:before="0" w:after="10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973"/>
      </w:tblGrid>
      <w:tr>
        <w:tc>
          <w:tcPr>
            <w:tcW w:type="dxa" w:w="7031"/>
            <w:shd w:fill="EFF5FA"/>
            <w:tcBorders>
              <w:bottom w:val="single" w:sz="6" w:color="D5E6F4"/>
            </w:tcBorders>
            <w:tcMar>
              <w:top w:w="130" w:type="dxa"/>
              <w:start w:w="200" w:type="dxa"/>
              <w:bottom w:w="140" w:type="dxa"/>
              <w:end w:w="200" w:type="dxa"/>
            </w:tcMar>
          </w:tcPr>
          <w:p>
            <w:pPr>
              <w:spacing w:before="0" w:after="80"/>
            </w:pPr>
            <w:r>
              <w:rPr>
                <w:rFonts w:ascii="Lato" w:hAnsi="Lato"/>
                <w:b/>
                <w:i w:val="0"/>
                <w:color w:val="204974"/>
                <w:sz w:val="20"/>
              </w:rPr>
              <w:t>O žigovima</w:t>
            </w:r>
          </w:p>
          <w:p>
            <w:pPr>
              <w:spacing w:before="0" w:after="0" w:line="269" w:lineRule="auto"/>
            </w:pPr>
            <w:r>
              <w:rPr>
                <w:rFonts w:ascii="Lato" w:hAnsi="Lato"/>
                <w:b w:val="0"/>
                <w:i w:val="0"/>
                <w:color w:val="303844"/>
                <w:sz w:val="17"/>
              </w:rPr>
              <w:t>Žig se daje za dolazak ili sudjelovanje, prema dogovoru sa župom. Ne smije služiti kao dokaz ispovijedi, pričesti ili „uspješnosti” djeteta. Pobožnost ne zamjenjuje nedjeljnu svetu misu.</w:t>
            </w:r>
          </w:p>
        </w:tc>
      </w:tr>
    </w:tbl>
    <w:p>
      <w:pPr>
        <w:spacing w:before="0" w:after="100"/>
      </w:pPr>
    </w:p>
    <w:p>
      <w:pPr>
        <w:spacing w:before="0" w:after="200"/>
      </w:pPr>
      <w:r>
        <w:rPr>
          <w:rFonts w:ascii="Lato" w:hAnsi="Lato"/>
          <w:b w:val="0"/>
          <w:i w:val="0"/>
          <w:color w:val="65717B"/>
          <w:sz w:val="14"/>
        </w:rPr>
        <w:t>Izvori: Svetište Fatima – First Saturdays i First Saturdays with children; Zakonik kanonskoga prava, kan. 913–916.</w:t>
      </w:r>
    </w:p>
    <w:p>
      <w:pPr>
        <w:spacing w:before="0" w:after="60"/>
      </w:pPr>
      <w:r>
        <w:rPr>
          <w:rFonts w:ascii="Lato" w:hAnsi="Lato"/>
          <w:b/>
          <w:i w:val="0"/>
          <w:color w:val="204974"/>
          <w:sz w:val="16"/>
        </w:rPr>
        <w:t xml:space="preserve">Kontakt župe / napomena: </w:t>
      </w:r>
    </w:p>
    <w:p>
      <w:pPr>
        <w:spacing w:before="0" w:after="140"/>
      </w:pPr>
      <w:r>
        <w:rPr>
          <w:rFonts w:ascii="Lato" w:hAnsi="Lato"/>
          <w:b w:val="0"/>
          <w:i w:val="0"/>
          <w:color w:val="65717B"/>
          <w:sz w:val="18"/>
        </w:rPr>
        <w:t>__________________________________________________</w:t>
      </w:r>
    </w:p>
    <w:p>
      <w:pPr>
        <w:spacing w:before="0" w:after="140"/>
      </w:pPr>
      <w:r>
        <w:rPr>
          <w:rFonts w:ascii="Lato" w:hAnsi="Lato"/>
          <w:b w:val="0"/>
          <w:i w:val="0"/>
          <w:color w:val="65717B"/>
          <w:sz w:val="18"/>
        </w:rPr>
        <w:t>__________________________________________________</w:t>
      </w:r>
    </w:p>
    <w:sectPr w:rsidR="00FC693F" w:rsidRPr="0006063C" w:rsidSect="00034616">
      <w:pgSz w:w="8391" w:h="11906"/>
      <w:pgMar w:top="709" w:right="680" w:bottom="652" w:left="68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Lato" w:hAnsi="Lato"/>
      <w:color w:val="303844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Dječja knjižica 5 prvih subota</dc:title>
  <dc:subject>Župna knjižica za žigove, molitvu i dječje poticaje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